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698CA" w14:textId="77777777" w:rsidR="00CC3535" w:rsidRDefault="00000000">
      <w:pPr>
        <w:spacing w:after="80"/>
        <w:jc w:val="right"/>
      </w:pPr>
      <w:r>
        <w:t>................................................, dnia ................................ r.</w:t>
      </w:r>
    </w:p>
    <w:p w14:paraId="5F405605" w14:textId="77777777" w:rsidR="00CC3535" w:rsidRDefault="00000000">
      <w:pPr>
        <w:spacing w:after="120"/>
        <w:jc w:val="center"/>
      </w:pPr>
      <w:r>
        <w:rPr>
          <w:b/>
          <w:sz w:val="28"/>
        </w:rPr>
        <w:t>WNIOSEK O MEDIACJĘ</w:t>
      </w:r>
    </w:p>
    <w:p w14:paraId="4230F973" w14:textId="77777777" w:rsidR="00CC3535" w:rsidRDefault="00000000">
      <w:pPr>
        <w:spacing w:after="80"/>
      </w:pPr>
      <w:r>
        <w:t>Wnoszę/Wnosimy o przeprowadzenie postępowania mediacyjnego przez mediatora Krzysztofa Panka w sprawie opisanej poniżej.</w:t>
      </w:r>
    </w:p>
    <w:p w14:paraId="6BDE7F60" w14:textId="77777777" w:rsidR="00CC3535" w:rsidRDefault="00000000">
      <w:pPr>
        <w:spacing w:before="80" w:after="40"/>
      </w:pPr>
      <w:r>
        <w:rPr>
          <w:b/>
        </w:rPr>
        <w:t>1. Dane strony wnioskującej</w:t>
      </w:r>
    </w:p>
    <w:tbl>
      <w:tblPr>
        <w:tblStyle w:val="Tabela-Siatka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91"/>
        <w:gridCol w:w="6180"/>
      </w:tblGrid>
      <w:tr w:rsidR="00CC3535" w14:paraId="07546246" w14:textId="77777777">
        <w:trPr>
          <w:trHeight w:val="510"/>
          <w:jc w:val="center"/>
        </w:trPr>
        <w:tc>
          <w:tcPr>
            <w:tcW w:w="2891" w:type="dxa"/>
            <w:vAlign w:val="center"/>
          </w:tcPr>
          <w:p w14:paraId="51C97478" w14:textId="77777777" w:rsidR="00CC3535" w:rsidRDefault="00000000">
            <w:r>
              <w:rPr>
                <w:b/>
              </w:rPr>
              <w:t>Imię i nazwisko / nazwa:</w:t>
            </w:r>
          </w:p>
        </w:tc>
        <w:tc>
          <w:tcPr>
            <w:tcW w:w="6180" w:type="dxa"/>
            <w:vAlign w:val="center"/>
          </w:tcPr>
          <w:p w14:paraId="3885FD54" w14:textId="77777777" w:rsidR="00CC3535" w:rsidRDefault="00CC3535"/>
        </w:tc>
      </w:tr>
      <w:tr w:rsidR="00CC3535" w14:paraId="531C5A81" w14:textId="77777777">
        <w:trPr>
          <w:trHeight w:val="510"/>
          <w:jc w:val="center"/>
        </w:trPr>
        <w:tc>
          <w:tcPr>
            <w:tcW w:w="2891" w:type="dxa"/>
            <w:vAlign w:val="center"/>
          </w:tcPr>
          <w:p w14:paraId="4B4ADA57" w14:textId="77777777" w:rsidR="00CC3535" w:rsidRDefault="00000000">
            <w:r>
              <w:rPr>
                <w:b/>
              </w:rPr>
              <w:t>Adres zamieszkania / siedziby:</w:t>
            </w:r>
          </w:p>
        </w:tc>
        <w:tc>
          <w:tcPr>
            <w:tcW w:w="6180" w:type="dxa"/>
            <w:vAlign w:val="center"/>
          </w:tcPr>
          <w:p w14:paraId="11A71D51" w14:textId="77777777" w:rsidR="00CC3535" w:rsidRDefault="00CC3535"/>
        </w:tc>
      </w:tr>
      <w:tr w:rsidR="00CC3535" w14:paraId="12960485" w14:textId="77777777">
        <w:trPr>
          <w:trHeight w:val="510"/>
          <w:jc w:val="center"/>
        </w:trPr>
        <w:tc>
          <w:tcPr>
            <w:tcW w:w="2891" w:type="dxa"/>
            <w:vAlign w:val="center"/>
          </w:tcPr>
          <w:p w14:paraId="01C8FBE8" w14:textId="77777777" w:rsidR="00CC3535" w:rsidRDefault="00000000">
            <w:r>
              <w:rPr>
                <w:b/>
              </w:rPr>
              <w:t>Adres do korespondencji:</w:t>
            </w:r>
          </w:p>
        </w:tc>
        <w:tc>
          <w:tcPr>
            <w:tcW w:w="6180" w:type="dxa"/>
            <w:vAlign w:val="center"/>
          </w:tcPr>
          <w:p w14:paraId="16749C1F" w14:textId="77777777" w:rsidR="00CC3535" w:rsidRDefault="00CC3535"/>
        </w:tc>
      </w:tr>
      <w:tr w:rsidR="00CC3535" w14:paraId="5F22071E" w14:textId="77777777">
        <w:trPr>
          <w:trHeight w:val="510"/>
          <w:jc w:val="center"/>
        </w:trPr>
        <w:tc>
          <w:tcPr>
            <w:tcW w:w="2891" w:type="dxa"/>
            <w:vAlign w:val="center"/>
          </w:tcPr>
          <w:p w14:paraId="20380FBA" w14:textId="77777777" w:rsidR="00CC3535" w:rsidRDefault="00000000">
            <w:r>
              <w:rPr>
                <w:b/>
              </w:rPr>
              <w:t>Telefon i e-mail:</w:t>
            </w:r>
          </w:p>
        </w:tc>
        <w:tc>
          <w:tcPr>
            <w:tcW w:w="6180" w:type="dxa"/>
            <w:vAlign w:val="center"/>
          </w:tcPr>
          <w:p w14:paraId="21C008E5" w14:textId="77777777" w:rsidR="00CC3535" w:rsidRDefault="00CC3535"/>
        </w:tc>
      </w:tr>
      <w:tr w:rsidR="00CC3535" w14:paraId="53E80A84" w14:textId="77777777">
        <w:trPr>
          <w:trHeight w:val="510"/>
          <w:jc w:val="center"/>
        </w:trPr>
        <w:tc>
          <w:tcPr>
            <w:tcW w:w="2891" w:type="dxa"/>
            <w:vAlign w:val="center"/>
          </w:tcPr>
          <w:p w14:paraId="3777E024" w14:textId="77777777" w:rsidR="00CC3535" w:rsidRDefault="00000000">
            <w:r>
              <w:rPr>
                <w:b/>
              </w:rPr>
              <w:t>PESEL / NIP / KRS:</w:t>
            </w:r>
          </w:p>
        </w:tc>
        <w:tc>
          <w:tcPr>
            <w:tcW w:w="6180" w:type="dxa"/>
            <w:vAlign w:val="center"/>
          </w:tcPr>
          <w:p w14:paraId="0CDEA18B" w14:textId="77777777" w:rsidR="00CC3535" w:rsidRDefault="00CC3535"/>
        </w:tc>
      </w:tr>
    </w:tbl>
    <w:p w14:paraId="07E84C90" w14:textId="77777777" w:rsidR="00CC3535" w:rsidRDefault="00000000">
      <w:pPr>
        <w:spacing w:before="80" w:after="40"/>
      </w:pPr>
      <w:r>
        <w:rPr>
          <w:b/>
        </w:rPr>
        <w:t>2. Dane drugiej strony mediacji</w:t>
      </w:r>
    </w:p>
    <w:tbl>
      <w:tblPr>
        <w:tblStyle w:val="Tabela-Siatka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91"/>
        <w:gridCol w:w="6180"/>
      </w:tblGrid>
      <w:tr w:rsidR="00CC3535" w14:paraId="58DECE70" w14:textId="77777777">
        <w:trPr>
          <w:trHeight w:val="510"/>
          <w:jc w:val="center"/>
        </w:trPr>
        <w:tc>
          <w:tcPr>
            <w:tcW w:w="2891" w:type="dxa"/>
            <w:vAlign w:val="center"/>
          </w:tcPr>
          <w:p w14:paraId="75CDE549" w14:textId="77777777" w:rsidR="00CC3535" w:rsidRDefault="00000000">
            <w:r>
              <w:rPr>
                <w:b/>
              </w:rPr>
              <w:t>Imię i nazwisko / nazwa:</w:t>
            </w:r>
          </w:p>
        </w:tc>
        <w:tc>
          <w:tcPr>
            <w:tcW w:w="6180" w:type="dxa"/>
            <w:vAlign w:val="center"/>
          </w:tcPr>
          <w:p w14:paraId="76E20B77" w14:textId="77777777" w:rsidR="00CC3535" w:rsidRDefault="00CC3535"/>
        </w:tc>
      </w:tr>
      <w:tr w:rsidR="00CC3535" w14:paraId="5A687396" w14:textId="77777777">
        <w:trPr>
          <w:trHeight w:val="510"/>
          <w:jc w:val="center"/>
        </w:trPr>
        <w:tc>
          <w:tcPr>
            <w:tcW w:w="2891" w:type="dxa"/>
            <w:vAlign w:val="center"/>
          </w:tcPr>
          <w:p w14:paraId="76A2826A" w14:textId="77777777" w:rsidR="00CC3535" w:rsidRDefault="00000000">
            <w:r>
              <w:rPr>
                <w:b/>
              </w:rPr>
              <w:t>Adres zamieszkania / siedziby:</w:t>
            </w:r>
          </w:p>
        </w:tc>
        <w:tc>
          <w:tcPr>
            <w:tcW w:w="6180" w:type="dxa"/>
            <w:vAlign w:val="center"/>
          </w:tcPr>
          <w:p w14:paraId="537213A5" w14:textId="77777777" w:rsidR="00CC3535" w:rsidRDefault="00CC3535"/>
        </w:tc>
      </w:tr>
      <w:tr w:rsidR="00CC3535" w14:paraId="105DCE1E" w14:textId="77777777">
        <w:trPr>
          <w:trHeight w:val="510"/>
          <w:jc w:val="center"/>
        </w:trPr>
        <w:tc>
          <w:tcPr>
            <w:tcW w:w="2891" w:type="dxa"/>
            <w:vAlign w:val="center"/>
          </w:tcPr>
          <w:p w14:paraId="742728BE" w14:textId="77777777" w:rsidR="00CC3535" w:rsidRDefault="00000000">
            <w:r>
              <w:rPr>
                <w:b/>
              </w:rPr>
              <w:t>Adres do korespondencji:</w:t>
            </w:r>
          </w:p>
        </w:tc>
        <w:tc>
          <w:tcPr>
            <w:tcW w:w="6180" w:type="dxa"/>
            <w:vAlign w:val="center"/>
          </w:tcPr>
          <w:p w14:paraId="1D52E667" w14:textId="77777777" w:rsidR="00CC3535" w:rsidRDefault="00CC3535"/>
        </w:tc>
      </w:tr>
      <w:tr w:rsidR="00CC3535" w14:paraId="6935C739" w14:textId="77777777">
        <w:trPr>
          <w:trHeight w:val="510"/>
          <w:jc w:val="center"/>
        </w:trPr>
        <w:tc>
          <w:tcPr>
            <w:tcW w:w="2891" w:type="dxa"/>
            <w:vAlign w:val="center"/>
          </w:tcPr>
          <w:p w14:paraId="79B9206C" w14:textId="77777777" w:rsidR="00CC3535" w:rsidRDefault="00000000">
            <w:r>
              <w:rPr>
                <w:b/>
              </w:rPr>
              <w:t>Telefon i e-mail:</w:t>
            </w:r>
          </w:p>
        </w:tc>
        <w:tc>
          <w:tcPr>
            <w:tcW w:w="6180" w:type="dxa"/>
            <w:vAlign w:val="center"/>
          </w:tcPr>
          <w:p w14:paraId="4E1DD308" w14:textId="77777777" w:rsidR="00CC3535" w:rsidRDefault="00CC3535"/>
        </w:tc>
      </w:tr>
      <w:tr w:rsidR="00CC3535" w14:paraId="4C956B0D" w14:textId="77777777">
        <w:trPr>
          <w:trHeight w:val="510"/>
          <w:jc w:val="center"/>
        </w:trPr>
        <w:tc>
          <w:tcPr>
            <w:tcW w:w="2891" w:type="dxa"/>
            <w:vAlign w:val="center"/>
          </w:tcPr>
          <w:p w14:paraId="4F28D66F" w14:textId="77777777" w:rsidR="00CC3535" w:rsidRDefault="00000000">
            <w:r>
              <w:rPr>
                <w:b/>
              </w:rPr>
              <w:t>PESEL / NIP / KRS:</w:t>
            </w:r>
          </w:p>
        </w:tc>
        <w:tc>
          <w:tcPr>
            <w:tcW w:w="6180" w:type="dxa"/>
            <w:vAlign w:val="center"/>
          </w:tcPr>
          <w:p w14:paraId="6CB73C69" w14:textId="77777777" w:rsidR="00CC3535" w:rsidRDefault="00CC3535"/>
        </w:tc>
      </w:tr>
    </w:tbl>
    <w:p w14:paraId="1B38A293" w14:textId="77777777" w:rsidR="00CC3535" w:rsidRDefault="00000000">
      <w:pPr>
        <w:spacing w:before="80" w:after="40"/>
      </w:pPr>
      <w:r>
        <w:rPr>
          <w:b/>
        </w:rPr>
        <w:t>3. Pełnomocnicy lub osoby do kontaktu, jeżeli występują</w:t>
      </w:r>
    </w:p>
    <w:tbl>
      <w:tblPr>
        <w:tblStyle w:val="Tabela-Siatka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91"/>
        <w:gridCol w:w="6180"/>
      </w:tblGrid>
      <w:tr w:rsidR="00CC3535" w14:paraId="403B7D15" w14:textId="77777777" w:rsidTr="004D7776">
        <w:trPr>
          <w:trHeight w:val="1085"/>
          <w:jc w:val="center"/>
        </w:trPr>
        <w:tc>
          <w:tcPr>
            <w:tcW w:w="2891" w:type="dxa"/>
            <w:vAlign w:val="center"/>
          </w:tcPr>
          <w:p w14:paraId="66C19480" w14:textId="77777777" w:rsidR="00CC3535" w:rsidRDefault="00000000">
            <w:r>
              <w:rPr>
                <w:b/>
              </w:rPr>
              <w:t xml:space="preserve">Strona </w:t>
            </w:r>
            <w:proofErr w:type="spellStart"/>
            <w:r>
              <w:rPr>
                <w:b/>
              </w:rPr>
              <w:t>wnioskująca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180" w:type="dxa"/>
            <w:vAlign w:val="center"/>
          </w:tcPr>
          <w:p w14:paraId="2B6AEE0F" w14:textId="77777777" w:rsidR="00CC3535" w:rsidRDefault="00CC3535"/>
        </w:tc>
      </w:tr>
      <w:tr w:rsidR="00CC3535" w14:paraId="0FD6B6C7" w14:textId="77777777" w:rsidTr="004D7776">
        <w:trPr>
          <w:trHeight w:val="1110"/>
          <w:jc w:val="center"/>
        </w:trPr>
        <w:tc>
          <w:tcPr>
            <w:tcW w:w="2891" w:type="dxa"/>
            <w:vAlign w:val="center"/>
          </w:tcPr>
          <w:p w14:paraId="453A5AFB" w14:textId="77777777" w:rsidR="00CC3535" w:rsidRDefault="00000000">
            <w:r>
              <w:rPr>
                <w:b/>
              </w:rPr>
              <w:t xml:space="preserve">Druga </w:t>
            </w:r>
            <w:proofErr w:type="spellStart"/>
            <w:r>
              <w:rPr>
                <w:b/>
              </w:rPr>
              <w:t>strona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180" w:type="dxa"/>
            <w:vAlign w:val="center"/>
          </w:tcPr>
          <w:p w14:paraId="6AC12C8B" w14:textId="77777777" w:rsidR="00CC3535" w:rsidRDefault="00CC3535"/>
        </w:tc>
      </w:tr>
    </w:tbl>
    <w:p w14:paraId="3B2EA172" w14:textId="77777777" w:rsidR="00CC3535" w:rsidRDefault="00000000">
      <w:r>
        <w:br w:type="page"/>
      </w:r>
    </w:p>
    <w:p w14:paraId="06F47240" w14:textId="77777777" w:rsidR="00CC3535" w:rsidRDefault="00000000">
      <w:pPr>
        <w:spacing w:before="80" w:after="40"/>
      </w:pPr>
      <w:r>
        <w:rPr>
          <w:b/>
        </w:rPr>
        <w:lastRenderedPageBreak/>
        <w:t>4. Informacje o sprawie</w:t>
      </w:r>
    </w:p>
    <w:tbl>
      <w:tblPr>
        <w:tblStyle w:val="Tabela-Siatka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71"/>
      </w:tblGrid>
      <w:tr w:rsidR="00CC3535" w14:paraId="3F29A02A" w14:textId="77777777">
        <w:trPr>
          <w:trHeight w:val="595"/>
          <w:jc w:val="center"/>
        </w:trPr>
        <w:tc>
          <w:tcPr>
            <w:tcW w:w="9071" w:type="dxa"/>
            <w:vAlign w:val="center"/>
          </w:tcPr>
          <w:p w14:paraId="6ACFC0F0" w14:textId="77777777" w:rsidR="00CC3535" w:rsidRDefault="00000000">
            <w:r>
              <w:rPr>
                <w:b/>
                <w:sz w:val="19"/>
              </w:rPr>
              <w:t>Rodzaj sprawy:</w:t>
            </w:r>
            <w:r>
              <w:rPr>
                <w:sz w:val="19"/>
              </w:rPr>
              <w:br/>
              <w:t>☐ cywilna   ☐ gospodarcza   ☐ rodzinna   ☐ pracownicza   ☐ administracyjna</w:t>
            </w:r>
            <w:r>
              <w:rPr>
                <w:sz w:val="19"/>
              </w:rPr>
              <w:br/>
              <w:t>☐ budowlana   ☐ konsumencka   ☐ medyczna   ☐ środowiskowa   ☐ inna: ........................................</w:t>
            </w:r>
          </w:p>
        </w:tc>
      </w:tr>
      <w:tr w:rsidR="00CC3535" w14:paraId="78550427" w14:textId="77777777">
        <w:trPr>
          <w:trHeight w:val="595"/>
          <w:jc w:val="center"/>
        </w:trPr>
        <w:tc>
          <w:tcPr>
            <w:tcW w:w="9071" w:type="dxa"/>
            <w:vAlign w:val="center"/>
          </w:tcPr>
          <w:p w14:paraId="3AF2312B" w14:textId="77777777" w:rsidR="00CC3535" w:rsidRDefault="00000000">
            <w:r>
              <w:rPr>
                <w:b/>
                <w:sz w:val="19"/>
              </w:rPr>
              <w:t>Czy sprawa jest w sądzie?</w:t>
            </w:r>
            <w:r>
              <w:rPr>
                <w:sz w:val="19"/>
              </w:rPr>
              <w:br/>
              <w:t>☐ nie   ☐ tak, sąd: ................................................................................   sygn. akt: ........................................</w:t>
            </w:r>
          </w:p>
        </w:tc>
      </w:tr>
      <w:tr w:rsidR="00CC3535" w14:paraId="7533C739" w14:textId="77777777">
        <w:trPr>
          <w:trHeight w:val="425"/>
          <w:jc w:val="center"/>
        </w:trPr>
        <w:tc>
          <w:tcPr>
            <w:tcW w:w="9071" w:type="dxa"/>
            <w:vAlign w:val="center"/>
          </w:tcPr>
          <w:p w14:paraId="708D3B95" w14:textId="77777777" w:rsidR="00CC3535" w:rsidRDefault="00000000">
            <w:r>
              <w:rPr>
                <w:b/>
                <w:sz w:val="19"/>
              </w:rPr>
              <w:t>Wartość przedmiotu sporu:</w:t>
            </w:r>
            <w:r>
              <w:rPr>
                <w:sz w:val="19"/>
              </w:rPr>
              <w:br/>
              <w:t>..................................................................................................................................................................</w:t>
            </w:r>
          </w:p>
        </w:tc>
      </w:tr>
      <w:tr w:rsidR="00CC3535" w14:paraId="5E6A0DDF" w14:textId="77777777">
        <w:trPr>
          <w:trHeight w:val="442"/>
          <w:jc w:val="center"/>
        </w:trPr>
        <w:tc>
          <w:tcPr>
            <w:tcW w:w="9071" w:type="dxa"/>
            <w:vAlign w:val="center"/>
          </w:tcPr>
          <w:p w14:paraId="5E6EDEE6" w14:textId="71241DA2" w:rsidR="00CC3535" w:rsidRDefault="00000000">
            <w:r>
              <w:rPr>
                <w:b/>
                <w:sz w:val="19"/>
              </w:rPr>
              <w:t>Preferowany tryb mediacji:</w:t>
            </w:r>
            <w:r>
              <w:rPr>
                <w:sz w:val="19"/>
              </w:rPr>
              <w:br/>
              <w:t xml:space="preserve">☐ stacjonarnie   ☐ online   ☐ bez preferencji   ☐ możliwa </w:t>
            </w:r>
            <w:proofErr w:type="spellStart"/>
            <w:r>
              <w:rPr>
                <w:sz w:val="19"/>
              </w:rPr>
              <w:t>mediacja</w:t>
            </w:r>
            <w:proofErr w:type="spellEnd"/>
            <w:r>
              <w:rPr>
                <w:sz w:val="19"/>
              </w:rPr>
              <w:t xml:space="preserve"> w </w:t>
            </w:r>
            <w:proofErr w:type="spellStart"/>
            <w:r>
              <w:rPr>
                <w:sz w:val="19"/>
              </w:rPr>
              <w:t>języku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angielskim</w:t>
            </w:r>
            <w:proofErr w:type="spellEnd"/>
            <w:r w:rsidR="004D7776">
              <w:rPr>
                <w:sz w:val="19"/>
              </w:rPr>
              <w:t xml:space="preserve"> / </w:t>
            </w:r>
            <w:proofErr w:type="spellStart"/>
            <w:r w:rsidR="004D7776">
              <w:rPr>
                <w:sz w:val="19"/>
              </w:rPr>
              <w:t>ukraińskim</w:t>
            </w:r>
            <w:proofErr w:type="spellEnd"/>
          </w:p>
        </w:tc>
      </w:tr>
    </w:tbl>
    <w:p w14:paraId="25A30891" w14:textId="77777777" w:rsidR="00CC3535" w:rsidRDefault="00000000">
      <w:pPr>
        <w:spacing w:before="80" w:after="40"/>
      </w:pPr>
      <w:r>
        <w:rPr>
          <w:b/>
        </w:rPr>
        <w:t>5. Krótki opis sporu / sprawy do mediacji</w:t>
      </w:r>
    </w:p>
    <w:tbl>
      <w:tblPr>
        <w:tblStyle w:val="Tabela-Siatka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71"/>
      </w:tblGrid>
      <w:tr w:rsidR="00CC3535" w14:paraId="7932F566" w14:textId="77777777" w:rsidTr="004D7776">
        <w:trPr>
          <w:trHeight w:val="2486"/>
          <w:jc w:val="center"/>
        </w:trPr>
        <w:tc>
          <w:tcPr>
            <w:tcW w:w="9071" w:type="dxa"/>
            <w:vAlign w:val="center"/>
          </w:tcPr>
          <w:p w14:paraId="7A8C735F" w14:textId="77777777" w:rsidR="00CC3535" w:rsidRDefault="00CC3535"/>
        </w:tc>
      </w:tr>
    </w:tbl>
    <w:p w14:paraId="32FD4DDB" w14:textId="77777777" w:rsidR="00CC3535" w:rsidRDefault="00000000">
      <w:pPr>
        <w:spacing w:before="80" w:after="40"/>
      </w:pPr>
      <w:r>
        <w:rPr>
          <w:b/>
        </w:rPr>
        <w:t>6. Propozycja rozwiązania lub oczekiwany zakres rozmów</w:t>
      </w:r>
    </w:p>
    <w:tbl>
      <w:tblPr>
        <w:tblStyle w:val="Tabela-Siatka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71"/>
      </w:tblGrid>
      <w:tr w:rsidR="00CC3535" w14:paraId="3CFB4F51" w14:textId="77777777" w:rsidTr="004D7776">
        <w:trPr>
          <w:trHeight w:val="2160"/>
          <w:jc w:val="center"/>
        </w:trPr>
        <w:tc>
          <w:tcPr>
            <w:tcW w:w="9071" w:type="dxa"/>
            <w:vAlign w:val="center"/>
          </w:tcPr>
          <w:p w14:paraId="3AA09184" w14:textId="77777777" w:rsidR="00CC3535" w:rsidRDefault="00CC3535"/>
        </w:tc>
      </w:tr>
    </w:tbl>
    <w:p w14:paraId="101EB284" w14:textId="77777777" w:rsidR="00CC3535" w:rsidRDefault="00000000">
      <w:pPr>
        <w:spacing w:before="80" w:after="40"/>
      </w:pPr>
      <w:r>
        <w:rPr>
          <w:b/>
        </w:rPr>
        <w:t>7. Oświadczenia i zgody</w:t>
      </w:r>
    </w:p>
    <w:tbl>
      <w:tblPr>
        <w:tblStyle w:val="Tabela-Siatka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71"/>
      </w:tblGrid>
      <w:tr w:rsidR="00CC3535" w14:paraId="690B8EFB" w14:textId="77777777">
        <w:trPr>
          <w:trHeight w:val="300"/>
          <w:jc w:val="center"/>
        </w:trPr>
        <w:tc>
          <w:tcPr>
            <w:tcW w:w="9071" w:type="dxa"/>
            <w:vAlign w:val="center"/>
          </w:tcPr>
          <w:p w14:paraId="04B32E80" w14:textId="77777777" w:rsidR="00CC3535" w:rsidRDefault="00000000">
            <w:r>
              <w:rPr>
                <w:sz w:val="18"/>
              </w:rPr>
              <w:t>☐ Upoważniam mediatora do kontaktu z drugą stroną w celu zaproponowania mediacji.</w:t>
            </w:r>
          </w:p>
        </w:tc>
      </w:tr>
      <w:tr w:rsidR="00CC3535" w14:paraId="73A6CF48" w14:textId="77777777">
        <w:trPr>
          <w:trHeight w:val="300"/>
          <w:jc w:val="center"/>
        </w:trPr>
        <w:tc>
          <w:tcPr>
            <w:tcW w:w="9071" w:type="dxa"/>
            <w:vAlign w:val="center"/>
          </w:tcPr>
          <w:p w14:paraId="7B793302" w14:textId="77777777" w:rsidR="00CC3535" w:rsidRDefault="00000000">
            <w:r>
              <w:rPr>
                <w:sz w:val="18"/>
              </w:rPr>
              <w:t>☐ Przyjmuję do wiadomości, że mediacja jest dobrowolna, poufna i wymaga zgody stron.</w:t>
            </w:r>
          </w:p>
        </w:tc>
      </w:tr>
      <w:tr w:rsidR="00CC3535" w14:paraId="5DCEE377" w14:textId="77777777">
        <w:trPr>
          <w:trHeight w:val="300"/>
          <w:jc w:val="center"/>
        </w:trPr>
        <w:tc>
          <w:tcPr>
            <w:tcW w:w="9071" w:type="dxa"/>
            <w:vAlign w:val="center"/>
          </w:tcPr>
          <w:p w14:paraId="616AEB39" w14:textId="77777777" w:rsidR="00CC3535" w:rsidRDefault="00000000">
            <w:r>
              <w:rPr>
                <w:sz w:val="18"/>
              </w:rPr>
              <w:t>☐ Zobowiązuję się do zachowania poufności informacji uzyskanych w toku mediacji.</w:t>
            </w:r>
          </w:p>
        </w:tc>
      </w:tr>
      <w:tr w:rsidR="00CC3535" w14:paraId="462AA738" w14:textId="77777777">
        <w:trPr>
          <w:trHeight w:val="300"/>
          <w:jc w:val="center"/>
        </w:trPr>
        <w:tc>
          <w:tcPr>
            <w:tcW w:w="9071" w:type="dxa"/>
            <w:vAlign w:val="center"/>
          </w:tcPr>
          <w:p w14:paraId="64F92C70" w14:textId="77777777" w:rsidR="00CC3535" w:rsidRDefault="00000000">
            <w:r>
              <w:rPr>
                <w:sz w:val="18"/>
              </w:rPr>
              <w:t>☐ Wyrażam zgodę na przetwarzanie danych osobowych w zakresie niezbędnym do organizacji i przeprowadzenia mediacji.</w:t>
            </w:r>
          </w:p>
        </w:tc>
      </w:tr>
      <w:tr w:rsidR="00CC3535" w14:paraId="45F5AB30" w14:textId="77777777">
        <w:trPr>
          <w:trHeight w:val="300"/>
          <w:jc w:val="center"/>
        </w:trPr>
        <w:tc>
          <w:tcPr>
            <w:tcW w:w="9071" w:type="dxa"/>
            <w:vAlign w:val="center"/>
          </w:tcPr>
          <w:p w14:paraId="6D5DE3B6" w14:textId="77777777" w:rsidR="00CC3535" w:rsidRDefault="00000000">
            <w:r>
              <w:rPr>
                <w:sz w:val="18"/>
              </w:rPr>
              <w:t>☐ Przyjmuję do wiadomości, że koszty mediacji pozasądowej zostaną ustalone przed jej rozpoczęciem.</w:t>
            </w:r>
          </w:p>
        </w:tc>
      </w:tr>
    </w:tbl>
    <w:p w14:paraId="7CB523D4" w14:textId="77777777" w:rsidR="00CC3535" w:rsidRDefault="00000000">
      <w:pPr>
        <w:spacing w:before="80" w:after="40"/>
      </w:pPr>
      <w:r>
        <w:rPr>
          <w:b/>
        </w:rPr>
        <w:t>8. Załączniki</w:t>
      </w:r>
    </w:p>
    <w:tbl>
      <w:tblPr>
        <w:tblStyle w:val="Tabela-Siatka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71"/>
      </w:tblGrid>
      <w:tr w:rsidR="00CC3535" w14:paraId="629A9705" w14:textId="77777777">
        <w:trPr>
          <w:trHeight w:val="453"/>
          <w:jc w:val="center"/>
        </w:trPr>
        <w:tc>
          <w:tcPr>
            <w:tcW w:w="9071" w:type="dxa"/>
            <w:vAlign w:val="center"/>
          </w:tcPr>
          <w:p w14:paraId="4C2C8296" w14:textId="77777777" w:rsidR="00CC3535" w:rsidRDefault="00000000">
            <w:r>
              <w:rPr>
                <w:sz w:val="19"/>
              </w:rPr>
              <w:t>1. ........................................   2. ........................................   3. ........................................</w:t>
            </w:r>
          </w:p>
        </w:tc>
      </w:tr>
    </w:tbl>
    <w:p w14:paraId="5FA0958C" w14:textId="77777777" w:rsidR="00CC3535" w:rsidRDefault="00000000">
      <w:pPr>
        <w:spacing w:before="120"/>
        <w:jc w:val="center"/>
      </w:pPr>
      <w:r>
        <w:rPr>
          <w:sz w:val="20"/>
        </w:rPr>
        <w:t>................................................          ................................................</w:t>
      </w:r>
    </w:p>
    <w:p w14:paraId="2E9609EE" w14:textId="77777777" w:rsidR="00CC3535" w:rsidRDefault="00000000">
      <w:pPr>
        <w:jc w:val="center"/>
      </w:pPr>
      <w:r>
        <w:rPr>
          <w:sz w:val="16"/>
        </w:rPr>
        <w:t>podpis strony wnioskującej                         podpis drugiej strony, jeżeli składa wniosek wspólnie</w:t>
      </w:r>
    </w:p>
    <w:sectPr w:rsidR="00CC3535" w:rsidSect="00034616">
      <w:footerReference w:type="default" r:id="rId8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3350B" w14:textId="77777777" w:rsidR="007F3BA9" w:rsidRDefault="007F3BA9">
      <w:pPr>
        <w:spacing w:line="240" w:lineRule="auto"/>
      </w:pPr>
      <w:r>
        <w:separator/>
      </w:r>
    </w:p>
  </w:endnote>
  <w:endnote w:type="continuationSeparator" w:id="0">
    <w:p w14:paraId="3A8D9E2F" w14:textId="77777777" w:rsidR="007F3BA9" w:rsidRDefault="007F3B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A2A1F" w14:textId="77777777" w:rsidR="00CC3535" w:rsidRDefault="00000000">
    <w:pPr>
      <w:pStyle w:val="Stopka"/>
      <w:jc w:val="center"/>
    </w:pPr>
    <w:r>
      <w:rPr>
        <w:sz w:val="16"/>
      </w:rPr>
      <w:t xml:space="preserve">Wniosek o </w:t>
    </w:r>
    <w:proofErr w:type="spellStart"/>
    <w:r>
      <w:rPr>
        <w:sz w:val="16"/>
      </w:rPr>
      <w:t>mediację</w:t>
    </w:r>
    <w:proofErr w:type="spellEnd"/>
    <w:r>
      <w:rPr>
        <w:sz w:val="16"/>
      </w:rPr>
      <w:t xml:space="preserve"> – </w:t>
    </w:r>
    <w:proofErr w:type="spellStart"/>
    <w:r>
      <w:rPr>
        <w:sz w:val="16"/>
      </w:rPr>
      <w:t>formularz</w:t>
    </w:r>
    <w:proofErr w:type="spellEnd"/>
    <w:r>
      <w:rPr>
        <w:sz w:val="16"/>
      </w:rPr>
      <w:t xml:space="preserve"> do </w:t>
    </w:r>
    <w:proofErr w:type="spellStart"/>
    <w:r>
      <w:rPr>
        <w:sz w:val="16"/>
      </w:rPr>
      <w:t>uzupełnienia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8CA5C" w14:textId="77777777" w:rsidR="007F3BA9" w:rsidRDefault="007F3BA9">
      <w:pPr>
        <w:spacing w:line="240" w:lineRule="auto"/>
      </w:pPr>
      <w:r>
        <w:separator/>
      </w:r>
    </w:p>
  </w:footnote>
  <w:footnote w:type="continuationSeparator" w:id="0">
    <w:p w14:paraId="382A644F" w14:textId="77777777" w:rsidR="007F3BA9" w:rsidRDefault="007F3BA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4617521">
    <w:abstractNumId w:val="8"/>
  </w:num>
  <w:num w:numId="2" w16cid:durableId="743601913">
    <w:abstractNumId w:val="6"/>
  </w:num>
  <w:num w:numId="3" w16cid:durableId="1133475171">
    <w:abstractNumId w:val="5"/>
  </w:num>
  <w:num w:numId="4" w16cid:durableId="310987875">
    <w:abstractNumId w:val="4"/>
  </w:num>
  <w:num w:numId="5" w16cid:durableId="110058063">
    <w:abstractNumId w:val="7"/>
  </w:num>
  <w:num w:numId="6" w16cid:durableId="166334222">
    <w:abstractNumId w:val="3"/>
  </w:num>
  <w:num w:numId="7" w16cid:durableId="506215295">
    <w:abstractNumId w:val="2"/>
  </w:num>
  <w:num w:numId="8" w16cid:durableId="1888486088">
    <w:abstractNumId w:val="1"/>
  </w:num>
  <w:num w:numId="9" w16cid:durableId="2022660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D7776"/>
    <w:rsid w:val="007F3BA9"/>
    <w:rsid w:val="00AA1D8D"/>
    <w:rsid w:val="00B47730"/>
    <w:rsid w:val="00BB1C09"/>
    <w:rsid w:val="00CB0664"/>
    <w:rsid w:val="00CC353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BE74FA"/>
  <w14:defaultImageDpi w14:val="300"/>
  <w15:docId w15:val="{83BA67BC-3360-4D30-A22C-11CAAA46D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360" w:lineRule="auto"/>
    </w:pPr>
    <w:rPr>
      <w:rFonts w:ascii="Arial" w:eastAsia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  <w:rPr>
      <w:rFonts w:ascii="Arial" w:eastAsia="Arial" w:hAnsi="Arial"/>
      <w:sz w:val="22"/>
    </w:rPr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  <w:rPr>
      <w:rFonts w:ascii="Arial" w:eastAsia="Arial" w:hAnsi="Arial"/>
      <w:sz w:val="22"/>
    </w:rPr>
  </w:style>
  <w:style w:type="paragraph" w:styleId="Bezodstpw">
    <w:name w:val="No Spacing"/>
    <w:uiPriority w:val="1"/>
    <w:qFormat/>
    <w:rsid w:val="00FC693F"/>
    <w:pPr>
      <w:spacing w:after="0" w:line="240" w:lineRule="auto"/>
    </w:pPr>
    <w:rPr>
      <w:rFonts w:ascii="Arial" w:eastAsia="Arial" w:hAnsi="Arial"/>
    </w:r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2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2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2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  <w:rPr>
      <w:rFonts w:ascii="Arial" w:eastAsia="Arial" w:hAnsi="Arial"/>
      <w:sz w:val="22"/>
    </w:rPr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  <w:rPr>
      <w:rFonts w:ascii="Arial" w:eastAsia="Arial" w:hAnsi="Arial"/>
      <w:sz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rFonts w:ascii="Arial" w:eastAsia="Arial" w:hAnsi="Arial"/>
      <w:sz w:val="22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eastAsia="Arial" w:hAnsi="Arial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Arial" w:eastAsia="Arial" w:hAnsi="Arial"/>
      <w:sz w:val="22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rFonts w:ascii="Arial" w:eastAsia="Arial" w:hAnsi="Arial"/>
      <w:i/>
      <w:iCs/>
      <w:color w:val="000000" w:themeColor="text1"/>
      <w:sz w:val="2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2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rFonts w:ascii="Arial" w:eastAsia="Arial" w:hAnsi="Arial"/>
      <w:b/>
      <w:bCs/>
      <w:sz w:val="22"/>
    </w:rPr>
  </w:style>
  <w:style w:type="character" w:styleId="Uwydatnienie">
    <w:name w:val="Emphasis"/>
    <w:basedOn w:val="Domylnaczcionkaakapitu"/>
    <w:uiPriority w:val="20"/>
    <w:qFormat/>
    <w:rsid w:val="00FC693F"/>
    <w:rPr>
      <w:rFonts w:ascii="Arial" w:eastAsia="Arial" w:hAnsi="Arial"/>
      <w:i/>
      <w:iCs/>
      <w:sz w:val="22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rFonts w:ascii="Arial" w:eastAsia="Arial" w:hAnsi="Arial"/>
      <w:b/>
      <w:bCs/>
      <w:i/>
      <w:iCs/>
      <w:color w:val="4F81BD" w:themeColor="accent1"/>
      <w:sz w:val="22"/>
    </w:rPr>
  </w:style>
  <w:style w:type="character" w:styleId="Wyrnieniedelikatne">
    <w:name w:val="Subtle Emphasis"/>
    <w:basedOn w:val="Domylnaczcionkaakapitu"/>
    <w:uiPriority w:val="19"/>
    <w:qFormat/>
    <w:rsid w:val="00FC693F"/>
    <w:rPr>
      <w:rFonts w:ascii="Arial" w:eastAsia="Arial" w:hAnsi="Arial"/>
      <w:i/>
      <w:iCs/>
      <w:color w:val="808080" w:themeColor="text1" w:themeTint="7F"/>
      <w:sz w:val="22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rFonts w:ascii="Arial" w:eastAsia="Arial" w:hAnsi="Arial"/>
      <w:b/>
      <w:bCs/>
      <w:i/>
      <w:iCs/>
      <w:color w:val="4F81BD" w:themeColor="accent1"/>
      <w:sz w:val="22"/>
    </w:rPr>
  </w:style>
  <w:style w:type="character" w:styleId="Odwoaniedelikatne">
    <w:name w:val="Subtle Reference"/>
    <w:basedOn w:val="Domylnaczcionkaakapitu"/>
    <w:uiPriority w:val="31"/>
    <w:qFormat/>
    <w:rsid w:val="00FC693F"/>
    <w:rPr>
      <w:rFonts w:ascii="Arial" w:eastAsia="Arial" w:hAnsi="Arial"/>
      <w:smallCaps/>
      <w:color w:val="C0504D" w:themeColor="accent2"/>
      <w:sz w:val="2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rFonts w:ascii="Arial" w:eastAsia="Arial" w:hAnsi="Arial"/>
      <w:b/>
      <w:bCs/>
      <w:smallCaps/>
      <w:color w:val="C0504D" w:themeColor="accent2"/>
      <w:spacing w:val="5"/>
      <w:sz w:val="22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rFonts w:ascii="Arial" w:eastAsia="Arial" w:hAnsi="Arial"/>
      <w:b/>
      <w:bCs/>
      <w:smallCaps/>
      <w:spacing w:val="5"/>
      <w:sz w:val="22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  <w:rPr>
      <w:rFonts w:ascii="Arial" w:eastAsia="Arial" w:hAnsi="Arial"/>
    </w:r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rPr>
      <w:rFonts w:ascii="Arial" w:eastAsia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rFonts w:ascii="Arial" w:eastAsia="Arial" w:hAnsi="Arial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rFonts w:ascii="Arial" w:eastAsia="Arial" w:hAnsi="Arial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rFonts w:ascii="Arial" w:eastAsia="Arial" w:hAnsi="Arial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rFonts w:ascii="Arial" w:eastAsia="Arial" w:hAnsi="Arial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rFonts w:ascii="Arial" w:eastAsia="Arial" w:hAnsi="Arial"/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rFonts w:ascii="Arial" w:eastAsia="Arial" w:hAnsi="Arial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rFonts w:ascii="Arial" w:eastAsia="Arial" w:hAnsi="Arial"/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rPr>
      <w:rFonts w:ascii="Arial" w:eastAsia="Arial" w:hAnsi="Aria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rFonts w:ascii="Arial" w:eastAsia="Arial" w:hAnsi="Arial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rFonts w:ascii="Arial" w:eastAsia="Arial" w:hAnsi="Arial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rFonts w:ascii="Arial" w:eastAsia="Arial" w:hAnsi="Arial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rFonts w:ascii="Arial" w:eastAsia="Arial" w:hAnsi="Arial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rFonts w:ascii="Arial" w:eastAsia="Arial" w:hAnsi="Arial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rFonts w:ascii="Arial" w:eastAsia="Arial" w:hAnsi="Arial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rFonts w:ascii="Arial" w:eastAsia="Arial" w:hAnsi="Arial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rFonts w:ascii="Arial" w:eastAsia="Arial" w:hAnsi="Arial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331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mediację</dc:title>
  <dc:subject/>
  <dc:creator/>
  <cp:keywords/>
  <dc:description/>
  <cp:lastModifiedBy>Krzysztof Panek</cp:lastModifiedBy>
  <cp:revision>2</cp:revision>
  <dcterms:created xsi:type="dcterms:W3CDTF">2013-12-23T23:15:00Z</dcterms:created>
  <dcterms:modified xsi:type="dcterms:W3CDTF">2026-07-06T14:48:00Z</dcterms:modified>
  <cp:category/>
</cp:coreProperties>
</file>